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F577D" w14:textId="77777777" w:rsidR="00DF0A15" w:rsidRPr="006C74D3" w:rsidRDefault="005A58ED">
      <w:pPr>
        <w:pStyle w:val="Heading1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Aslockton Parish Council</w:t>
      </w:r>
    </w:p>
    <w:p w14:paraId="2A5C0F82" w14:textId="77777777" w:rsidR="00DF0A15" w:rsidRPr="006C74D3" w:rsidRDefault="005A58ED">
      <w:pPr>
        <w:pStyle w:val="Heading2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Community Grant Application Form</w:t>
      </w:r>
    </w:p>
    <w:p w14:paraId="28CBB170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1. Organisation Details</w:t>
      </w:r>
    </w:p>
    <w:p w14:paraId="2962ECE8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Name of organisation: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2471CEB3" w14:textId="77777777">
        <w:tc>
          <w:tcPr>
            <w:tcW w:w="8000" w:type="dxa"/>
          </w:tcPr>
          <w:p w14:paraId="5327443E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3D136A24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Contact name: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04A1B343" w14:textId="77777777">
        <w:tc>
          <w:tcPr>
            <w:tcW w:w="8000" w:type="dxa"/>
          </w:tcPr>
          <w:p w14:paraId="2CDBBB00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4A66D706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Position: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3998E567" w14:textId="77777777">
        <w:tc>
          <w:tcPr>
            <w:tcW w:w="8000" w:type="dxa"/>
          </w:tcPr>
          <w:p w14:paraId="6653D82B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39A57CF5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Postal address: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472928C2" w14:textId="77777777">
        <w:tc>
          <w:tcPr>
            <w:tcW w:w="8000" w:type="dxa"/>
          </w:tcPr>
          <w:p w14:paraId="1CB782FF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110D7631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Email address: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4A9404BD" w14:textId="77777777">
        <w:tc>
          <w:tcPr>
            <w:tcW w:w="8000" w:type="dxa"/>
          </w:tcPr>
          <w:p w14:paraId="4C7BF5DD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2B869E41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Telephone number: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3A46A8A8" w14:textId="77777777">
        <w:tc>
          <w:tcPr>
            <w:tcW w:w="8000" w:type="dxa"/>
          </w:tcPr>
          <w:p w14:paraId="6671E40D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43C0F804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Website (if applicable):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21E0B450" w14:textId="77777777">
        <w:tc>
          <w:tcPr>
            <w:tcW w:w="8000" w:type="dxa"/>
          </w:tcPr>
          <w:p w14:paraId="5CF79A20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4472301D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2. Legal Status and Governance</w:t>
      </w:r>
    </w:p>
    <w:p w14:paraId="6BAC9436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☐ Registered Charity    ☐ Voluntary Group    ☐ Not-for-profit Organisation</w:t>
      </w:r>
    </w:p>
    <w:p w14:paraId="56BEC6FD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Charity number: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35331106" w14:textId="77777777">
        <w:tc>
          <w:tcPr>
            <w:tcW w:w="8000" w:type="dxa"/>
          </w:tcPr>
          <w:p w14:paraId="6FE4BCFC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0320E83A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Chair: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7CBDDCC" w14:textId="77777777">
        <w:tc>
          <w:tcPr>
            <w:tcW w:w="8000" w:type="dxa"/>
          </w:tcPr>
          <w:p w14:paraId="2079B2C4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6308CEB9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Secretary: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43030EC" w14:textId="77777777">
        <w:tc>
          <w:tcPr>
            <w:tcW w:w="8000" w:type="dxa"/>
          </w:tcPr>
          <w:p w14:paraId="63EF7389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77D1CBFC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Treasurer: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1858D19" w14:textId="77777777">
        <w:tc>
          <w:tcPr>
            <w:tcW w:w="8000" w:type="dxa"/>
          </w:tcPr>
          <w:p w14:paraId="468B854C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2B82E5C7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Written constitution: ☐ Yes   ☐ No</w:t>
      </w:r>
    </w:p>
    <w:p w14:paraId="57B5DA22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3. Project or Activity Details</w:t>
      </w:r>
    </w:p>
    <w:p w14:paraId="767E3832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Project title: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896953A" w14:textId="77777777">
        <w:tc>
          <w:tcPr>
            <w:tcW w:w="8000" w:type="dxa"/>
          </w:tcPr>
          <w:p w14:paraId="633EBAF1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43E7BE91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Description of project/activity: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DF0A15" w:rsidRPr="006C74D3" w14:paraId="42F98A97" w14:textId="77777777">
        <w:tc>
          <w:tcPr>
            <w:tcW w:w="8640" w:type="dxa"/>
          </w:tcPr>
          <w:p w14:paraId="2C869B1E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02B3E1CE" w14:textId="77777777">
        <w:tc>
          <w:tcPr>
            <w:tcW w:w="8640" w:type="dxa"/>
          </w:tcPr>
          <w:p w14:paraId="7A46A1A3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3C5C0876" w14:textId="77777777">
        <w:tc>
          <w:tcPr>
            <w:tcW w:w="8640" w:type="dxa"/>
          </w:tcPr>
          <w:p w14:paraId="49EA4B6A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4C9975EA" w14:textId="77777777">
        <w:tc>
          <w:tcPr>
            <w:tcW w:w="8640" w:type="dxa"/>
          </w:tcPr>
          <w:p w14:paraId="31BD7760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</w:tbl>
    <w:p w14:paraId="364D7C42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Who will benefit and how will it benefit the community of Aslockton?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DF0A15" w:rsidRPr="006C74D3" w14:paraId="2B61054F" w14:textId="77777777">
        <w:tc>
          <w:tcPr>
            <w:tcW w:w="8640" w:type="dxa"/>
          </w:tcPr>
          <w:p w14:paraId="55A4B92E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0725E7AC" w14:textId="77777777">
        <w:tc>
          <w:tcPr>
            <w:tcW w:w="8640" w:type="dxa"/>
          </w:tcPr>
          <w:p w14:paraId="44157B3F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1F804244" w14:textId="77777777">
        <w:tc>
          <w:tcPr>
            <w:tcW w:w="8640" w:type="dxa"/>
          </w:tcPr>
          <w:p w14:paraId="54356569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04A445A0" w14:textId="77777777">
        <w:tc>
          <w:tcPr>
            <w:tcW w:w="8640" w:type="dxa"/>
          </w:tcPr>
          <w:p w14:paraId="167AEB5E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</w:tbl>
    <w:p w14:paraId="2D0FC1C0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☐ Providing or improving a service</w:t>
      </w:r>
      <w:r w:rsidRPr="006C74D3">
        <w:rPr>
          <w:rFonts w:ascii="Aptos" w:hAnsi="Aptos"/>
          <w:color w:val="000000" w:themeColor="text1"/>
        </w:rPr>
        <w:br/>
        <w:t>☐ Enhancing quality of life</w:t>
      </w:r>
      <w:r w:rsidRPr="006C74D3">
        <w:rPr>
          <w:rFonts w:ascii="Aptos" w:hAnsi="Aptos"/>
          <w:color w:val="000000" w:themeColor="text1"/>
        </w:rPr>
        <w:br/>
        <w:t>☐ Improving recreation and/or sport</w:t>
      </w:r>
      <w:r w:rsidRPr="006C74D3">
        <w:rPr>
          <w:rFonts w:ascii="Aptos" w:hAnsi="Aptos"/>
          <w:color w:val="000000" w:themeColor="text1"/>
        </w:rPr>
        <w:br/>
        <w:t>☐ Improving the environment</w:t>
      </w:r>
      <w:r w:rsidRPr="006C74D3">
        <w:rPr>
          <w:rFonts w:ascii="Aptos" w:hAnsi="Aptos"/>
          <w:color w:val="000000" w:themeColor="text1"/>
        </w:rPr>
        <w:br/>
        <w:t>☐ Promoting Aslockton in a positive way</w:t>
      </w:r>
    </w:p>
    <w:p w14:paraId="5088A62F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4. Grant Request</w:t>
      </w:r>
    </w:p>
    <w:p w14:paraId="255C4533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Amount requested (£):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668235EC" w14:textId="77777777">
        <w:tc>
          <w:tcPr>
            <w:tcW w:w="8000" w:type="dxa"/>
          </w:tcPr>
          <w:p w14:paraId="5FD76D1F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2C5B7BA6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Total cost (£):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2F9EB4CF" w14:textId="77777777">
        <w:tc>
          <w:tcPr>
            <w:tcW w:w="8000" w:type="dxa"/>
          </w:tcPr>
          <w:p w14:paraId="4CA34BC5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768B46C8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Breakdown of costs: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DF0A15" w:rsidRPr="006C74D3" w14:paraId="79E14041" w14:textId="77777777">
        <w:tc>
          <w:tcPr>
            <w:tcW w:w="8640" w:type="dxa"/>
          </w:tcPr>
          <w:p w14:paraId="582761D6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11A92077" w14:textId="77777777">
        <w:tc>
          <w:tcPr>
            <w:tcW w:w="8640" w:type="dxa"/>
          </w:tcPr>
          <w:p w14:paraId="516B04EF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18B10FBB" w14:textId="77777777">
        <w:tc>
          <w:tcPr>
            <w:tcW w:w="8640" w:type="dxa"/>
          </w:tcPr>
          <w:p w14:paraId="204F2E54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5010EE58" w14:textId="77777777">
        <w:tc>
          <w:tcPr>
            <w:tcW w:w="8640" w:type="dxa"/>
          </w:tcPr>
          <w:p w14:paraId="5BB529C9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</w:tbl>
    <w:p w14:paraId="34947625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Other funding: ☐ Yes   ☐ No</w:t>
      </w:r>
    </w:p>
    <w:p w14:paraId="3E852A8E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If yes, give details: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DF0A15" w:rsidRPr="006C74D3" w14:paraId="4316087D" w14:textId="77777777">
        <w:tc>
          <w:tcPr>
            <w:tcW w:w="8640" w:type="dxa"/>
          </w:tcPr>
          <w:p w14:paraId="15BE5D82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0ADC94B7" w14:textId="77777777">
        <w:tc>
          <w:tcPr>
            <w:tcW w:w="8640" w:type="dxa"/>
          </w:tcPr>
          <w:p w14:paraId="3F506918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3929674F" w14:textId="77777777">
        <w:tc>
          <w:tcPr>
            <w:tcW w:w="8640" w:type="dxa"/>
          </w:tcPr>
          <w:p w14:paraId="4B41DF89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  <w:tr w:rsidR="00DF0A15" w:rsidRPr="006C74D3" w14:paraId="64E69B6C" w14:textId="77777777">
        <w:tc>
          <w:tcPr>
            <w:tcW w:w="8640" w:type="dxa"/>
          </w:tcPr>
          <w:p w14:paraId="046D01B1" w14:textId="77777777" w:rsidR="00DF0A15" w:rsidRPr="006C74D3" w:rsidRDefault="00DF0A15">
            <w:pPr>
              <w:rPr>
                <w:rFonts w:ascii="Aptos" w:hAnsi="Aptos"/>
                <w:color w:val="000000" w:themeColor="text1"/>
              </w:rPr>
            </w:pPr>
          </w:p>
        </w:tc>
      </w:tr>
    </w:tbl>
    <w:p w14:paraId="7DE559F1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5. Financial Information</w:t>
      </w:r>
    </w:p>
    <w:p w14:paraId="62B87F57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Current balance (£):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469680E9" w14:textId="77777777">
        <w:tc>
          <w:tcPr>
            <w:tcW w:w="8000" w:type="dxa"/>
          </w:tcPr>
          <w:p w14:paraId="5AFA1222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16DC4D54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Annual income (£):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404EAD55" w14:textId="77777777">
        <w:tc>
          <w:tcPr>
            <w:tcW w:w="8000" w:type="dxa"/>
          </w:tcPr>
          <w:p w14:paraId="1C8F4B76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255C69F3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Annual expenditure (£):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30FD42C3" w14:textId="77777777">
        <w:tc>
          <w:tcPr>
            <w:tcW w:w="8000" w:type="dxa"/>
          </w:tcPr>
          <w:p w14:paraId="65596179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7EF70A94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Attach latest accounts or budget/business plan.</w:t>
      </w:r>
    </w:p>
    <w:p w14:paraId="665DC480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6. Safeguarding and Equality</w:t>
      </w:r>
    </w:p>
    <w:p w14:paraId="364862B4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Children/vulnerable adults involved? ☐ Yes   ☐ No</w:t>
      </w:r>
    </w:p>
    <w:p w14:paraId="11FF6511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Safeguarding Policy attached: ☐ Yes</w:t>
      </w:r>
    </w:p>
    <w:p w14:paraId="0DD4F035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Equality Policy: ☐ Yes   ☐ No</w:t>
      </w:r>
    </w:p>
    <w:p w14:paraId="3D0FC91E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7. Bank Details</w:t>
      </w:r>
    </w:p>
    <w:p w14:paraId="21A34FA7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Bank name: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009AEBD4" w14:textId="77777777">
        <w:tc>
          <w:tcPr>
            <w:tcW w:w="8000" w:type="dxa"/>
          </w:tcPr>
          <w:p w14:paraId="113385A6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5255D22C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Account name: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02CD7209" w14:textId="77777777">
        <w:tc>
          <w:tcPr>
            <w:tcW w:w="8000" w:type="dxa"/>
          </w:tcPr>
          <w:p w14:paraId="416CB7A1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1E9C6EE1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Account number: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AF87452" w14:textId="77777777">
        <w:tc>
          <w:tcPr>
            <w:tcW w:w="8000" w:type="dxa"/>
          </w:tcPr>
          <w:p w14:paraId="72567CA3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2893586A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Sort code: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01182EAB" w14:textId="77777777">
        <w:tc>
          <w:tcPr>
            <w:tcW w:w="8000" w:type="dxa"/>
          </w:tcPr>
          <w:p w14:paraId="37B3A044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17C3010F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Two authorised signatories required? ☐ Yes   ☐ No</w:t>
      </w:r>
    </w:p>
    <w:p w14:paraId="2F0C5300" w14:textId="77777777" w:rsidR="00DF0A15" w:rsidRPr="006C74D3" w:rsidRDefault="005A58ED">
      <w:pPr>
        <w:pStyle w:val="Heading3"/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8. Declaration</w:t>
      </w:r>
    </w:p>
    <w:p w14:paraId="06D8EEF9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color w:val="000000" w:themeColor="text1"/>
        </w:rPr>
        <w:t>I confirm that the information provided is true and accurate and that any grant awarded will be used only for the stated purpose.</w:t>
      </w:r>
    </w:p>
    <w:p w14:paraId="4B54789F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Signature: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3AE7F79" w14:textId="77777777">
        <w:tc>
          <w:tcPr>
            <w:tcW w:w="8000" w:type="dxa"/>
          </w:tcPr>
          <w:p w14:paraId="02A449C3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085D49A9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Name: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05A968CE" w14:textId="77777777">
        <w:tc>
          <w:tcPr>
            <w:tcW w:w="8000" w:type="dxa"/>
          </w:tcPr>
          <w:p w14:paraId="7DDF96CE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4F266600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Position: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70370CA1" w14:textId="77777777">
        <w:tc>
          <w:tcPr>
            <w:tcW w:w="8000" w:type="dxa"/>
          </w:tcPr>
          <w:p w14:paraId="0F23EC90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0AEC5ECC" w14:textId="77777777" w:rsidR="00DF0A15" w:rsidRPr="006C74D3" w:rsidRDefault="005A58ED">
      <w:pPr>
        <w:rPr>
          <w:rFonts w:ascii="Aptos" w:hAnsi="Aptos"/>
          <w:color w:val="000000" w:themeColor="text1"/>
        </w:rPr>
      </w:pPr>
      <w:r w:rsidRPr="006C74D3">
        <w:rPr>
          <w:rFonts w:ascii="Aptos" w:hAnsi="Aptos"/>
          <w:b/>
          <w:color w:val="000000" w:themeColor="text1"/>
        </w:rPr>
        <w:t>Date: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000"/>
      </w:tblGrid>
      <w:tr w:rsidR="00DF0A15" w:rsidRPr="006C74D3" w14:paraId="1EE11679" w14:textId="77777777">
        <w:tc>
          <w:tcPr>
            <w:tcW w:w="8000" w:type="dxa"/>
          </w:tcPr>
          <w:p w14:paraId="28FD7793" w14:textId="77777777" w:rsidR="00DF0A15" w:rsidRPr="006C74D3" w:rsidRDefault="005A58ED">
            <w:pPr>
              <w:rPr>
                <w:rFonts w:ascii="Aptos" w:hAnsi="Aptos"/>
                <w:color w:val="000000" w:themeColor="text1"/>
              </w:rPr>
            </w:pPr>
            <w:r w:rsidRPr="006C74D3">
              <w:rPr>
                <w:rFonts w:ascii="Aptos" w:hAnsi="Aptos"/>
                <w:color w:val="000000" w:themeColor="text1"/>
              </w:rPr>
              <w:t>Click here to type</w:t>
            </w:r>
          </w:p>
        </w:tc>
      </w:tr>
    </w:tbl>
    <w:p w14:paraId="3C27F227" w14:textId="77777777" w:rsidR="005A58ED" w:rsidRDefault="005A58ED"/>
    <w:sectPr w:rsidR="005A58E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81111174">
    <w:abstractNumId w:val="8"/>
  </w:num>
  <w:num w:numId="2" w16cid:durableId="1096941785">
    <w:abstractNumId w:val="6"/>
  </w:num>
  <w:num w:numId="3" w16cid:durableId="2062440904">
    <w:abstractNumId w:val="5"/>
  </w:num>
  <w:num w:numId="4" w16cid:durableId="245892212">
    <w:abstractNumId w:val="4"/>
  </w:num>
  <w:num w:numId="5" w16cid:durableId="1323237642">
    <w:abstractNumId w:val="7"/>
  </w:num>
  <w:num w:numId="6" w16cid:durableId="1711879273">
    <w:abstractNumId w:val="3"/>
  </w:num>
  <w:num w:numId="7" w16cid:durableId="77555457">
    <w:abstractNumId w:val="2"/>
  </w:num>
  <w:num w:numId="8" w16cid:durableId="419831427">
    <w:abstractNumId w:val="1"/>
  </w:num>
  <w:num w:numId="9" w16cid:durableId="732511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A58ED"/>
    <w:rsid w:val="006C74D3"/>
    <w:rsid w:val="00704BA5"/>
    <w:rsid w:val="00795598"/>
    <w:rsid w:val="00AA1D8D"/>
    <w:rsid w:val="00B47730"/>
    <w:rsid w:val="00CB0664"/>
    <w:rsid w:val="00CF0D61"/>
    <w:rsid w:val="00DF0A1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E282C1"/>
  <w14:defaultImageDpi w14:val="300"/>
  <w15:docId w15:val="{C31D3544-FC0E-4AA5-B09D-BCBE395A1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Tim Knight</cp:lastModifiedBy>
  <cp:revision>3</cp:revision>
  <dcterms:created xsi:type="dcterms:W3CDTF">2026-07-14T10:27:00Z</dcterms:created>
  <dcterms:modified xsi:type="dcterms:W3CDTF">2026-07-14T19:36:00Z</dcterms:modified>
  <cp:category/>
</cp:coreProperties>
</file>